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communiqué de presse</w:t>
      </w:r>
    </w:p>
    <w:p>
      <w:r>
        <w:rPr>
          <w:i/>
          <w:color w:val="9A3B1E"/>
        </w:rPr>
        <w:t>Mode d’emploi : remplacez chaque zone entre crochets. Les commentaires en marge expliquent pourquoi chaque rubrique compte ; supprimez-les avant l’envoi.</w:t>
      </w:r>
    </w:p>
    <w:p>
      <w:pPr>
        <w:pStyle w:val="Heading2"/>
      </w:pPr>
      <w:commentRangeStart w:id="0"/>
      <w:r>
        <w:rPr>
          <w:color w:val="1F2433"/>
        </w:rPr>
        <w:t>En-tête : émetteur, mention « Communiqué de presse », lieu et date de diffusion</w:t>
      </w:r>
      <w:commentRangeEnd w:id="0"/>
      <w:r>
        <w:rPr>
          <w:rStyle w:val="CommentReference"/>
        </w:rPr>
        <w:commentReference w:id="0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1"/>
      <w:r>
        <w:rPr>
          <w:color w:val="1F2433"/>
        </w:rPr>
        <w:t>Titre informatif, deux lignes au plus</w:t>
      </w:r>
      <w:commentRangeEnd w:id="1"/>
      <w:r>
        <w:rPr>
          <w:rStyle w:val="CommentReference"/>
        </w:rPr>
        <w:commentReference w:id="1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2"/>
      <w:r>
        <w:rPr>
          <w:color w:val="1F2433"/>
        </w:rPr>
        <w:t>Chapô : qui, quoi, où, quand, pourquoi, comment</w:t>
      </w:r>
      <w:commentRangeEnd w:id="2"/>
      <w:r>
        <w:rPr>
          <w:rStyle w:val="CommentReference"/>
        </w:rPr>
        <w:commentReference w:id="2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3"/>
      <w:r>
        <w:rPr>
          <w:color w:val="1F2433"/>
        </w:rPr>
        <w:t>Corps : les faits par ordre d’importance, à la troisième personne</w:t>
      </w:r>
      <w:commentRangeEnd w:id="3"/>
      <w:r>
        <w:rPr>
          <w:rStyle w:val="CommentReference"/>
        </w:rPr>
        <w:commentReference w:id="3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4"/>
      <w:r>
        <w:rPr>
          <w:color w:val="1F2433"/>
        </w:rPr>
        <w:t>Citation d’un dirigeant ou d’un porte-parole</w:t>
      </w:r>
      <w:commentRangeEnd w:id="4"/>
      <w:r>
        <w:rPr>
          <w:rStyle w:val="CommentReference"/>
        </w:rPr>
        <w:commentReference w:id="4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5"/>
      <w:r>
        <w:rPr>
          <w:color w:val="1F2433"/>
        </w:rPr>
        <w:t>Chiffres et sources</w:t>
      </w:r>
      <w:commentRangeEnd w:id="5"/>
      <w:r>
        <w:rPr>
          <w:rStyle w:val="CommentReference"/>
        </w:rPr>
        <w:commentReference w:id="5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6"/>
      <w:r>
        <w:rPr>
          <w:color w:val="1F2433"/>
        </w:rPr>
        <w:t>Éléments disponibles : photos, visuels, extraits audio ou vidéo, lien de téléchargement</w:t>
      </w:r>
      <w:commentRangeEnd w:id="6"/>
      <w:r>
        <w:rPr>
          <w:rStyle w:val="CommentReference"/>
        </w:rPr>
        <w:commentReference w:id="6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7"/>
      <w:r>
        <w:rPr>
          <w:color w:val="1F2433"/>
        </w:rPr>
        <w:t>À propos de l’organisation (cinq lignes)</w:t>
      </w:r>
      <w:commentRangeEnd w:id="7"/>
      <w:r>
        <w:rPr>
          <w:rStyle w:val="CommentReference"/>
        </w:rPr>
        <w:commentReference w:id="7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8"/>
      <w:r>
        <w:rPr>
          <w:color w:val="1F2433"/>
        </w:rPr>
        <w:t>Contact presse : nom, fonction, e-mail</w:t>
      </w:r>
      <w:commentRangeEnd w:id="8"/>
      <w:r>
        <w:rPr>
          <w:rStyle w:val="CommentReference"/>
        </w:rPr>
        <w:commentReference w:id="8"/>
      </w:r>
    </w:p>
    <w:p>
      <w:r>
        <w:rPr>
          <w:color w:val="6B707C"/>
        </w:rPr>
        <w:t>[À compléter]</w:t>
      </w:r>
    </w:p>
    <w:p/>
    <w:p>
      <w:r>
        <w:rPr>
          <w:i/>
          <w:sz w:val="18"/>
        </w:rPr>
        <w:t>Rappel : ce document informe des journalistes. Ils décident seuls de publier, de l’angle et du contenu ; aucune démarche de relations presse ne garantit une publication.</w:t>
      </w:r>
    </w:p>
    <w:p>
      <w:r>
        <w:rPr>
          <w:sz w:val="18"/>
        </w:rPr>
        <w:t>Modèle commenté proposé par guide-relations-presse.fr (Comprendre les médias, préparer ses relations presse).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Le journaliste doit savoir en une seconde qui parle et de quand date l’information.</w:t>
      </w:r>
    </w:p>
  </w:comment>
  <w:comment w:id="1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Il sera souvent copié-collé tel quel : il dit le fait, pas un slogan.</w:t>
      </w:r>
    </w:p>
  </w:comment>
  <w:comment w:id="2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Beaucoup de journalistes ne lisent que ces premières lignes : tout l’essentiel doit y tenir.</w:t>
      </w:r>
    </w:p>
  </w:comment>
  <w:comment w:id="3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Écrit comme un article, sans superlatif ni ton publicitaire : la publicité déguisée fait fuir.</w:t>
      </w:r>
    </w:p>
  </w:comment>
  <w:comment w:id="4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Une phrase qui apporte un point de vue ou un engagement, pas une répétition du chapô.</w:t>
      </w:r>
    </w:p>
  </w:comment>
  <w:comment w:id="5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Chaque chiffre a sa source et sa date : le journaliste vérifiera.</w:t>
      </w:r>
    </w:p>
  </w:comment>
  <w:comment w:id="6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 lien de stockage plutôt que des pièces jointes lourdes qui encombrent les boîtes de réception.</w:t>
      </w:r>
    </w:p>
  </w:comment>
  <w:comment w:id="7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Le paragraphe de présentation se réutilise d’un communiqué à l’autre.</w:t>
      </w:r>
    </w:p>
  </w:comment>
  <w:comment w:id="8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Une personne réellement joignable au moment de l’envoi.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communiqué de presse</dc:title>
  <dc:subject/>
  <dc:creator>guide-relations-presse.fr</dc:creator>
  <cp:keywords/>
  <dc:description>Modèle commenté proposé par guide-relations-presse.fr (Comprendre les médias, préparer ses relations presse).</dc:description>
  <cp:lastModifiedBy>guide-relations-presse.fr</cp:lastModifiedBy>
  <cp:revision>1</cp:revision>
  <dcterms:created xsi:type="dcterms:W3CDTF">2013-12-23T23:15:00Z</dcterms:created>
  <dcterms:modified xsi:type="dcterms:W3CDTF">2013-12-23T23:15:00Z</dcterms:modified>
  <cp:category/>
</cp:coreProperties>
</file>